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95866" w14:textId="03C95AD7" w:rsidR="00360578" w:rsidRDefault="00DD7DC1">
      <w:pPr>
        <w:jc w:val="center"/>
      </w:pPr>
      <w:r>
        <w:rPr>
          <w:b/>
          <w:color w:val="227048"/>
          <w:sz w:val="40"/>
        </w:rPr>
        <w:t xml:space="preserve">SPONSORED </w:t>
      </w:r>
      <w:r w:rsidR="009C47C9">
        <w:rPr>
          <w:b/>
          <w:color w:val="227048"/>
          <w:sz w:val="40"/>
        </w:rPr>
        <w:t>OBSTACLE COURSE</w:t>
      </w:r>
      <w:r>
        <w:rPr>
          <w:b/>
          <w:color w:val="227048"/>
          <w:sz w:val="40"/>
        </w:rPr>
        <w:t>!</w:t>
      </w:r>
    </w:p>
    <w:p w14:paraId="237121B7" w14:textId="36D8E292" w:rsidR="00360578" w:rsidRPr="009C47C9" w:rsidRDefault="009C47C9" w:rsidP="009C47C9">
      <w:pPr>
        <w:jc w:val="center"/>
        <w:rPr>
          <w:b/>
          <w:color w:val="414141"/>
          <w:sz w:val="24"/>
          <w:lang w:val="en-GB"/>
        </w:rPr>
      </w:pPr>
      <w:r w:rsidRPr="009C47C9">
        <w:rPr>
          <w:b/>
          <w:color w:val="414141"/>
          <w:sz w:val="24"/>
          <w:lang w:val="en-GB"/>
        </w:rPr>
        <w:t>How many laps of the obstacle course can I complete</w:t>
      </w:r>
      <w:r>
        <w:rPr>
          <w:b/>
          <w:color w:val="414141"/>
          <w:sz w:val="24"/>
          <w:lang w:val="en-GB"/>
        </w:rPr>
        <w:t xml:space="preserve"> </w:t>
      </w:r>
      <w:r w:rsidR="00DD7DC1">
        <w:rPr>
          <w:b/>
          <w:color w:val="414141"/>
          <w:sz w:val="24"/>
        </w:rPr>
        <w:t>in 20 minutes?</w:t>
      </w:r>
    </w:p>
    <w:p w14:paraId="06A2B356" w14:textId="77777777" w:rsidR="009C47C9" w:rsidRPr="009C47C9" w:rsidRDefault="009C47C9" w:rsidP="009C47C9">
      <w:pPr>
        <w:jc w:val="center"/>
        <w:rPr>
          <w:lang w:val="en-GB"/>
        </w:rPr>
      </w:pPr>
      <w:r w:rsidRPr="009C47C9">
        <w:rPr>
          <w:lang w:val="en-GB"/>
        </w:rPr>
        <w:t xml:space="preserve">I’m taking part in a sponsored obstacle course challenge! As part of our WOLF initiative, we are trying to raise </w:t>
      </w:r>
      <w:r w:rsidRPr="009C47C9">
        <w:rPr>
          <w:bCs/>
          <w:lang w:val="en-GB"/>
        </w:rPr>
        <w:t>£144</w:t>
      </w:r>
      <w:r w:rsidRPr="009C47C9">
        <w:rPr>
          <w:lang w:val="en-GB"/>
        </w:rPr>
        <w:t xml:space="preserve"> as a class to buy a </w:t>
      </w:r>
      <w:r w:rsidRPr="009C47C9">
        <w:rPr>
          <w:bCs/>
          <w:lang w:val="en-GB"/>
        </w:rPr>
        <w:t>welly rack</w:t>
      </w:r>
      <w:r w:rsidRPr="009C47C9">
        <w:rPr>
          <w:lang w:val="en-GB"/>
        </w:rPr>
        <w:t>. This will allow us to keep our wellies in school all year round and make the most of our WOLF play field activities.</w:t>
      </w:r>
    </w:p>
    <w:p w14:paraId="2AC69C85" w14:textId="77777777" w:rsidR="009C47C9" w:rsidRPr="009C47C9" w:rsidRDefault="009C47C9" w:rsidP="009C47C9">
      <w:pPr>
        <w:jc w:val="center"/>
        <w:rPr>
          <w:lang w:val="en-GB"/>
        </w:rPr>
      </w:pPr>
      <w:r w:rsidRPr="009C47C9">
        <w:rPr>
          <w:lang w:val="en-GB"/>
        </w:rPr>
        <w:t>Please sponsor me for every complete lap of the obstacle course that I finish in 20 minutes.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4896"/>
      </w:tblGrid>
      <w:tr w:rsidR="00360578" w14:paraId="33C9F53C" w14:textId="77777777">
        <w:trPr>
          <w:jc w:val="center"/>
        </w:trPr>
        <w:tc>
          <w:tcPr>
            <w:tcW w:w="4896" w:type="dxa"/>
            <w:vAlign w:val="center"/>
          </w:tcPr>
          <w:p w14:paraId="67605FB9" w14:textId="77777777" w:rsidR="00360578" w:rsidRDefault="00DD7DC1">
            <w:pPr>
              <w:spacing w:before="80" w:after="80"/>
            </w:pPr>
            <w:r>
              <w:rPr>
                <w:sz w:val="18"/>
              </w:rPr>
              <w:t>Child’s name: __________________________________</w:t>
            </w:r>
          </w:p>
        </w:tc>
        <w:tc>
          <w:tcPr>
            <w:tcW w:w="4896" w:type="dxa"/>
            <w:vAlign w:val="center"/>
          </w:tcPr>
          <w:p w14:paraId="77452C86" w14:textId="77777777" w:rsidR="00360578" w:rsidRDefault="00DD7DC1">
            <w:pPr>
              <w:spacing w:before="80" w:after="80"/>
            </w:pPr>
            <w:r>
              <w:rPr>
                <w:sz w:val="18"/>
              </w:rPr>
              <w:t>Class: __________________________________</w:t>
            </w:r>
          </w:p>
        </w:tc>
      </w:tr>
      <w:tr w:rsidR="00360578" w14:paraId="542358F9" w14:textId="77777777">
        <w:trPr>
          <w:jc w:val="center"/>
        </w:trPr>
        <w:tc>
          <w:tcPr>
            <w:tcW w:w="4896" w:type="dxa"/>
            <w:vAlign w:val="center"/>
          </w:tcPr>
          <w:p w14:paraId="65D1CFA4" w14:textId="49AE83D7" w:rsidR="00360578" w:rsidRDefault="00360578" w:rsidP="00B10A6B">
            <w:pPr>
              <w:spacing w:before="80" w:after="80"/>
            </w:pPr>
          </w:p>
        </w:tc>
        <w:tc>
          <w:tcPr>
            <w:tcW w:w="4896" w:type="dxa"/>
            <w:vAlign w:val="center"/>
          </w:tcPr>
          <w:p w14:paraId="3D17C668" w14:textId="70799C9C" w:rsidR="00360578" w:rsidRDefault="00360578">
            <w:pPr>
              <w:spacing w:before="80" w:after="80"/>
            </w:pPr>
          </w:p>
        </w:tc>
      </w:tr>
    </w:tbl>
    <w:p w14:paraId="6B193673" w14:textId="77777777" w:rsidR="00360578" w:rsidRDefault="00360578"/>
    <w:p w14:paraId="414ACC7E" w14:textId="77777777" w:rsidR="00360578" w:rsidRDefault="00DD7DC1">
      <w:r>
        <w:rPr>
          <w:b/>
          <w:sz w:val="22"/>
        </w:rPr>
        <w:t>Please choose how you would like to sponsor me:</w:t>
      </w:r>
    </w:p>
    <w:p w14:paraId="6D93DB35" w14:textId="77777777" w:rsidR="00360578" w:rsidRDefault="00DD7DC1">
      <w:r>
        <w:t>☐ A fixed donation of £__________    OR    ☐ ______ pence / £______ for each complete trip</w:t>
      </w:r>
    </w:p>
    <w:p w14:paraId="5C4D6D7F" w14:textId="77777777" w:rsidR="00360578" w:rsidRDefault="00DD7DC1">
      <w:r>
        <w:rPr>
          <w:b/>
        </w:rPr>
        <w:t>Sponsor pledge table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40"/>
        <w:gridCol w:w="2376"/>
        <w:gridCol w:w="2376"/>
        <w:gridCol w:w="1800"/>
      </w:tblGrid>
      <w:tr w:rsidR="00360578" w14:paraId="40295CBB" w14:textId="77777777">
        <w:trPr>
          <w:jc w:val="center"/>
        </w:trPr>
        <w:tc>
          <w:tcPr>
            <w:tcW w:w="3240" w:type="dxa"/>
            <w:shd w:val="clear" w:color="auto" w:fill="227048"/>
            <w:vAlign w:val="center"/>
          </w:tcPr>
          <w:p w14:paraId="216E9B0C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Sponsor’s name</w:t>
            </w:r>
          </w:p>
        </w:tc>
        <w:tc>
          <w:tcPr>
            <w:tcW w:w="2376" w:type="dxa"/>
            <w:shd w:val="clear" w:color="auto" w:fill="227048"/>
            <w:vAlign w:val="center"/>
          </w:tcPr>
          <w:p w14:paraId="2B3EE324" w14:textId="6EB4AC82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 xml:space="preserve">Amount per </w:t>
            </w:r>
            <w:r w:rsidR="00B7323F">
              <w:rPr>
                <w:b/>
                <w:color w:val="FFFFFF"/>
                <w:sz w:val="17"/>
              </w:rPr>
              <w:t>lap</w:t>
            </w:r>
            <w:r>
              <w:rPr>
                <w:b/>
                <w:color w:val="FFFFFF"/>
                <w:sz w:val="17"/>
              </w:rPr>
              <w:br/>
              <w:t>(or fixed amount)</w:t>
            </w:r>
          </w:p>
        </w:tc>
        <w:tc>
          <w:tcPr>
            <w:tcW w:w="2376" w:type="dxa"/>
            <w:shd w:val="clear" w:color="auto" w:fill="227048"/>
            <w:vAlign w:val="center"/>
          </w:tcPr>
          <w:p w14:paraId="269CB65E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Total pledged</w:t>
            </w:r>
            <w:r>
              <w:rPr>
                <w:b/>
                <w:color w:val="FFFFFF"/>
                <w:sz w:val="17"/>
              </w:rPr>
              <w:br/>
              <w:t>(if known)</w:t>
            </w:r>
          </w:p>
        </w:tc>
        <w:tc>
          <w:tcPr>
            <w:tcW w:w="1800" w:type="dxa"/>
            <w:shd w:val="clear" w:color="auto" w:fill="227048"/>
            <w:vAlign w:val="center"/>
          </w:tcPr>
          <w:p w14:paraId="650D0944" w14:textId="77777777" w:rsidR="00360578" w:rsidRDefault="00DD7DC1">
            <w:pPr>
              <w:spacing w:before="80" w:after="80"/>
              <w:jc w:val="center"/>
            </w:pPr>
            <w:r>
              <w:rPr>
                <w:b/>
                <w:color w:val="FFFFFF"/>
                <w:sz w:val="17"/>
              </w:rPr>
              <w:t>Paid?</w:t>
            </w:r>
          </w:p>
        </w:tc>
      </w:tr>
      <w:tr w:rsidR="00360578" w14:paraId="3BCCAC39" w14:textId="77777777">
        <w:trPr>
          <w:jc w:val="center"/>
        </w:trPr>
        <w:tc>
          <w:tcPr>
            <w:tcW w:w="3240" w:type="dxa"/>
            <w:vAlign w:val="center"/>
          </w:tcPr>
          <w:p w14:paraId="0DD74269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61B6CC5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3528850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6E833D1E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7C2CCA0D" w14:textId="77777777">
        <w:trPr>
          <w:jc w:val="center"/>
        </w:trPr>
        <w:tc>
          <w:tcPr>
            <w:tcW w:w="3240" w:type="dxa"/>
            <w:vAlign w:val="center"/>
          </w:tcPr>
          <w:p w14:paraId="35F7D828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002C3B05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3BE0E30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D72E7A0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13A531FA" w14:textId="77777777">
        <w:trPr>
          <w:jc w:val="center"/>
        </w:trPr>
        <w:tc>
          <w:tcPr>
            <w:tcW w:w="3240" w:type="dxa"/>
            <w:vAlign w:val="center"/>
          </w:tcPr>
          <w:p w14:paraId="5D504843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6BF10FC6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9F70C2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59AEDE5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87CD3F6" w14:textId="77777777">
        <w:trPr>
          <w:jc w:val="center"/>
        </w:trPr>
        <w:tc>
          <w:tcPr>
            <w:tcW w:w="3240" w:type="dxa"/>
            <w:vAlign w:val="center"/>
          </w:tcPr>
          <w:p w14:paraId="437AF7BF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F7F2F8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2D4E4EE4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035514D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068FFA4" w14:textId="77777777">
        <w:trPr>
          <w:jc w:val="center"/>
        </w:trPr>
        <w:tc>
          <w:tcPr>
            <w:tcW w:w="3240" w:type="dxa"/>
            <w:vAlign w:val="center"/>
          </w:tcPr>
          <w:p w14:paraId="37DC47C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8BB6F99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69B4F82D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5EA1CE02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20C6656B" w14:textId="77777777">
        <w:trPr>
          <w:jc w:val="center"/>
        </w:trPr>
        <w:tc>
          <w:tcPr>
            <w:tcW w:w="3240" w:type="dxa"/>
            <w:vAlign w:val="center"/>
          </w:tcPr>
          <w:p w14:paraId="5723F30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192FDD3E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C475921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38333D60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4DC9E1B0" w14:textId="77777777">
        <w:trPr>
          <w:jc w:val="center"/>
        </w:trPr>
        <w:tc>
          <w:tcPr>
            <w:tcW w:w="3240" w:type="dxa"/>
            <w:vAlign w:val="center"/>
          </w:tcPr>
          <w:p w14:paraId="762D6FAB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4821DCFF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627EF70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55197C7E" w14:textId="77777777" w:rsidR="00360578" w:rsidRDefault="00DD7DC1">
            <w:pPr>
              <w:spacing w:before="60" w:after="60"/>
            </w:pPr>
            <w:r>
              <w:br/>
            </w:r>
          </w:p>
        </w:tc>
      </w:tr>
      <w:tr w:rsidR="00360578" w14:paraId="047A00CC" w14:textId="77777777">
        <w:trPr>
          <w:jc w:val="center"/>
        </w:trPr>
        <w:tc>
          <w:tcPr>
            <w:tcW w:w="3240" w:type="dxa"/>
            <w:vAlign w:val="center"/>
          </w:tcPr>
          <w:p w14:paraId="54E3F6B3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487C2218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2376" w:type="dxa"/>
            <w:vAlign w:val="center"/>
          </w:tcPr>
          <w:p w14:paraId="5D34D03A" w14:textId="77777777" w:rsidR="00360578" w:rsidRDefault="00DD7DC1">
            <w:pPr>
              <w:spacing w:before="60" w:after="60"/>
            </w:pPr>
            <w:r>
              <w:br/>
            </w:r>
          </w:p>
        </w:tc>
        <w:tc>
          <w:tcPr>
            <w:tcW w:w="1800" w:type="dxa"/>
            <w:vAlign w:val="center"/>
          </w:tcPr>
          <w:p w14:paraId="4E253549" w14:textId="77777777" w:rsidR="00360578" w:rsidRDefault="00DD7DC1">
            <w:pPr>
              <w:spacing w:before="60" w:after="60"/>
            </w:pPr>
            <w:r>
              <w:br/>
            </w:r>
          </w:p>
        </w:tc>
      </w:tr>
    </w:tbl>
    <w:p w14:paraId="577D4C54" w14:textId="77777777" w:rsidR="00360578" w:rsidRDefault="00360578"/>
    <w:p w14:paraId="7CE61185" w14:textId="374EF31B" w:rsidR="00360578" w:rsidRDefault="00DD7DC1">
      <w:r>
        <w:rPr>
          <w:b/>
          <w:sz w:val="22"/>
        </w:rPr>
        <w:t>After the challenge</w:t>
      </w:r>
      <w:r w:rsidR="00B10A6B">
        <w:rPr>
          <w:b/>
          <w:sz w:val="22"/>
        </w:rPr>
        <w:t>:</w:t>
      </w:r>
    </w:p>
    <w:p w14:paraId="213B27CF" w14:textId="1DFB7BFF" w:rsidR="00360578" w:rsidRDefault="00DD7DC1">
      <w:r>
        <w:rPr>
          <w:b/>
        </w:rPr>
        <w:t xml:space="preserve">I completed __________ </w:t>
      </w:r>
      <w:r w:rsidR="00B7323F">
        <w:rPr>
          <w:b/>
        </w:rPr>
        <w:t>la</w:t>
      </w:r>
      <w:r>
        <w:rPr>
          <w:b/>
        </w:rPr>
        <w:t>ps in 20 minutes.  My total sponsorship is £______________.</w:t>
      </w:r>
    </w:p>
    <w:p w14:paraId="7572F9DA" w14:textId="77777777" w:rsidR="00360578" w:rsidRDefault="00DD7DC1">
      <w:pPr>
        <w:jc w:val="center"/>
      </w:pPr>
      <w:r>
        <w:rPr>
          <w:i/>
        </w:rPr>
        <w:t>Thank you for supporting me and cheering me on!</w:t>
      </w:r>
    </w:p>
    <w:p w14:paraId="56E80F3D" w14:textId="7B51EBDC" w:rsidR="00360578" w:rsidRDefault="00DD7DC1">
      <w:pPr>
        <w:jc w:val="center"/>
        <w:rPr>
          <w:sz w:val="18"/>
        </w:rPr>
      </w:pPr>
      <w:r>
        <w:rPr>
          <w:sz w:val="18"/>
        </w:rPr>
        <w:t>Please return this form and any sponsorship money to school by: ____________________</w:t>
      </w:r>
    </w:p>
    <w:p w14:paraId="10D24897" w14:textId="6E379175" w:rsidR="00B10A6B" w:rsidRPr="00B10A6B" w:rsidRDefault="00B10A6B" w:rsidP="00B10A6B"/>
    <w:p w14:paraId="64D43614" w14:textId="3C2B91C8" w:rsidR="00B10A6B" w:rsidRPr="00B10A6B" w:rsidRDefault="00B10A6B" w:rsidP="00AE79AF">
      <w:pPr>
        <w:jc w:val="center"/>
      </w:pPr>
    </w:p>
    <w:p w14:paraId="6E846A70" w14:textId="68F44126" w:rsidR="00B10A6B" w:rsidRPr="00B10A6B" w:rsidRDefault="00B10A6B" w:rsidP="00B10A6B"/>
    <w:p w14:paraId="7D742F62" w14:textId="6D4AC7F9" w:rsidR="00B10A6B" w:rsidRPr="00B10A6B" w:rsidRDefault="00B10A6B" w:rsidP="00B10A6B">
      <w:pPr>
        <w:tabs>
          <w:tab w:val="left" w:pos="5784"/>
        </w:tabs>
      </w:pPr>
      <w:r>
        <w:tab/>
      </w:r>
    </w:p>
    <w:sectPr w:rsidR="00B10A6B" w:rsidRPr="00B10A6B" w:rsidSect="00034616">
      <w:footerReference w:type="default" r:id="rId8"/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F8D59" w14:textId="77777777" w:rsidR="00DA6D3E" w:rsidRDefault="00DA6D3E">
      <w:pPr>
        <w:spacing w:after="0" w:line="240" w:lineRule="auto"/>
      </w:pPr>
      <w:r>
        <w:separator/>
      </w:r>
    </w:p>
  </w:endnote>
  <w:endnote w:type="continuationSeparator" w:id="0">
    <w:p w14:paraId="70E0470A" w14:textId="77777777" w:rsidR="00DA6D3E" w:rsidRDefault="00DA6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4628" w14:textId="5CD8F17C" w:rsidR="00360578" w:rsidRPr="00B10A6B" w:rsidRDefault="00DD7DC1">
    <w:pPr>
      <w:pStyle w:val="Footer"/>
      <w:jc w:val="center"/>
      <w:rPr>
        <w:sz w:val="32"/>
        <w:szCs w:val="32"/>
      </w:rPr>
    </w:pPr>
    <w:r w:rsidRPr="00B10A6B">
      <w:rPr>
        <w:b/>
        <w:color w:val="227048"/>
        <w:sz w:val="32"/>
        <w:szCs w:val="32"/>
      </w:rPr>
      <w:t xml:space="preserve">Every </w:t>
    </w:r>
    <w:r w:rsidR="00AE79AF">
      <w:rPr>
        <w:b/>
        <w:color w:val="227048"/>
        <w:sz w:val="32"/>
        <w:szCs w:val="32"/>
      </w:rPr>
      <w:t>lap</w:t>
    </w:r>
    <w:r w:rsidRPr="00B10A6B">
      <w:rPr>
        <w:b/>
        <w:color w:val="227048"/>
        <w:sz w:val="32"/>
        <w:szCs w:val="32"/>
      </w:rPr>
      <w:t xml:space="preserve"> counts!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C6379" w14:textId="77777777" w:rsidR="00DA6D3E" w:rsidRDefault="00DA6D3E">
      <w:pPr>
        <w:spacing w:after="0" w:line="240" w:lineRule="auto"/>
      </w:pPr>
      <w:r>
        <w:separator/>
      </w:r>
    </w:p>
  </w:footnote>
  <w:footnote w:type="continuationSeparator" w:id="0">
    <w:p w14:paraId="39167E69" w14:textId="77777777" w:rsidR="00DA6D3E" w:rsidRDefault="00DA6D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4AD"/>
    <w:rsid w:val="000E5934"/>
    <w:rsid w:val="0015074B"/>
    <w:rsid w:val="0029639D"/>
    <w:rsid w:val="00326F90"/>
    <w:rsid w:val="00360578"/>
    <w:rsid w:val="005337F3"/>
    <w:rsid w:val="009C47C9"/>
    <w:rsid w:val="00AA1D8D"/>
    <w:rsid w:val="00AE79AF"/>
    <w:rsid w:val="00B10A6B"/>
    <w:rsid w:val="00B1343B"/>
    <w:rsid w:val="00B47730"/>
    <w:rsid w:val="00B7323F"/>
    <w:rsid w:val="00CB0664"/>
    <w:rsid w:val="00D94175"/>
    <w:rsid w:val="00DA6D3E"/>
    <w:rsid w:val="00DD7D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6ECA7A"/>
  <w14:defaultImageDpi w14:val="300"/>
  <w15:docId w15:val="{D053D9D8-B2DA-479D-AAD2-708EFBBD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2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083BD3-5F51-48E9-88EA-5CBF43093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Vanessa Brown</cp:lastModifiedBy>
  <cp:revision>2</cp:revision>
  <dcterms:created xsi:type="dcterms:W3CDTF">2026-10-21T13:32:00Z</dcterms:created>
  <dcterms:modified xsi:type="dcterms:W3CDTF">2026-10-21T13:32:00Z</dcterms:modified>
  <cp:category/>
</cp:coreProperties>
</file>